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99A1D" w14:textId="6418483C" w:rsidR="0087734F" w:rsidRDefault="00E75633" w:rsidP="00121C49">
      <w:r>
        <w:rPr>
          <w:b/>
          <w:color w:val="003366"/>
          <w:sz w:val="28"/>
        </w:rPr>
        <w:br/>
      </w:r>
    </w:p>
    <w:p w14:paraId="581A3B27" w14:textId="406F45B7" w:rsidR="0087734F" w:rsidRDefault="00E75633">
      <w:pPr>
        <w:spacing w:after="360"/>
        <w:jc w:val="center"/>
      </w:pPr>
      <w:r>
        <w:rPr>
          <w:b/>
          <w:sz w:val="24"/>
        </w:rPr>
        <w:t>MODULO DI SEGNALAZIONE RICONOSCIMENTO "MERITI SPORTIVI</w:t>
      </w:r>
      <w:r w:rsidR="00121C49">
        <w:rPr>
          <w:b/>
          <w:sz w:val="24"/>
        </w:rPr>
        <w:t xml:space="preserve"> BORGO TICINO</w:t>
      </w:r>
      <w:r>
        <w:rPr>
          <w:b/>
          <w:sz w:val="24"/>
        </w:rPr>
        <w:t>"</w:t>
      </w:r>
    </w:p>
    <w:p w14:paraId="4673BB03" w14:textId="3811F44D" w:rsidR="0087734F" w:rsidRDefault="00E75633" w:rsidP="00121C49">
      <w:pPr>
        <w:jc w:val="right"/>
      </w:pPr>
      <w:r>
        <w:t xml:space="preserve">AL COMUNE DI BORGO TICINO – UFFICIO </w:t>
      </w:r>
      <w:r w:rsidR="00121C49">
        <w:t>PROTOCOLLO</w:t>
      </w:r>
    </w:p>
    <w:p w14:paraId="615EB19E" w14:textId="3E7EDFB9" w:rsidR="00121C49" w:rsidRDefault="00121C49" w:rsidP="00121C49">
      <w:pPr>
        <w:jc w:val="right"/>
      </w:pPr>
      <w:hyperlink r:id="rId6" w:history="1">
        <w:r w:rsidRPr="00954159">
          <w:rPr>
            <w:rStyle w:val="Collegamentoipertestuale"/>
          </w:rPr>
          <w:t>comune.borgoticino@legalmail.it</w:t>
        </w:r>
      </w:hyperlink>
      <w:r>
        <w:t xml:space="preserve"> </w:t>
      </w:r>
    </w:p>
    <w:p w14:paraId="60DA2F1E" w14:textId="77777777" w:rsidR="0087734F" w:rsidRDefault="00E75633">
      <w:r>
        <w:t>1. DATI DEL SEGNALANTE (Chi presenta la segnalazione)</w:t>
      </w:r>
    </w:p>
    <w:p w14:paraId="4EE12D85" w14:textId="77777777" w:rsidR="00E342EE" w:rsidRDefault="00E75633" w:rsidP="00121C49">
      <w:pPr>
        <w:spacing w:before="240"/>
      </w:pPr>
      <w:r>
        <w:t>Il/La sottoscritto/a: _________________________________________________________________</w:t>
      </w:r>
      <w:r w:rsidR="00121C49">
        <w:t xml:space="preserve">, </w:t>
      </w:r>
    </w:p>
    <w:p w14:paraId="2D4E6CB7" w14:textId="3190B5AC" w:rsidR="0087734F" w:rsidRDefault="00121C49" w:rsidP="00121C49">
      <w:pPr>
        <w:spacing w:before="240"/>
      </w:pPr>
      <w:r>
        <w:t>nato a _______ , il  __________ residente a ______________________ in Via _____________</w:t>
      </w:r>
      <w:r w:rsidR="00E342EE">
        <w:t>____</w:t>
      </w:r>
    </w:p>
    <w:p w14:paraId="34AD61A7" w14:textId="77777777" w:rsidR="0087734F" w:rsidRDefault="00E75633">
      <w:r>
        <w:t>In qualità di:  [  ] Atleta   [  ] Genitore   [  ] Presidente Soc. Sportiva   [  ] Cittadino</w:t>
      </w:r>
    </w:p>
    <w:p w14:paraId="7A880DD8" w14:textId="3E2AB313" w:rsidR="0087734F" w:rsidRDefault="00E75633">
      <w:pPr>
        <w:spacing w:after="240"/>
      </w:pPr>
      <w:r>
        <w:t>Recapito telefonico: __________________  Email: _________________________________</w:t>
      </w:r>
    </w:p>
    <w:p w14:paraId="7D549383" w14:textId="16EDA4F5" w:rsidR="00E342EE" w:rsidRDefault="00E342EE" w:rsidP="00E342EE">
      <w:pPr>
        <w:jc w:val="center"/>
      </w:pPr>
      <w:r>
        <w:t>SEGNALA</w:t>
      </w:r>
    </w:p>
    <w:p w14:paraId="508810ED" w14:textId="17965556" w:rsidR="0087734F" w:rsidRDefault="00E75633">
      <w:r>
        <w:t>2. DATI DEL CANDIDATO AL RICONOSCIMENTO</w:t>
      </w:r>
    </w:p>
    <w:p w14:paraId="0EFE3EE0" w14:textId="77777777" w:rsidR="0087734F" w:rsidRDefault="00E75633">
      <w:r>
        <w:t>Nome e Cognome (o Denominazione Squadra): __________________________________________</w:t>
      </w:r>
    </w:p>
    <w:p w14:paraId="4ABEC4A2" w14:textId="77777777" w:rsidR="0087734F" w:rsidRDefault="00E75633">
      <w:pPr>
        <w:spacing w:after="240"/>
      </w:pPr>
      <w:r>
        <w:t>Disciplina Sportiva praticata: ___________________________________________________________</w:t>
      </w:r>
    </w:p>
    <w:p w14:paraId="3452B5E1" w14:textId="77777777" w:rsidR="00121C49" w:rsidRDefault="00121C49" w:rsidP="00121C49">
      <w:pPr>
        <w:spacing w:after="240"/>
      </w:pPr>
      <w:r>
        <w:t>Recapito telefonico: __________________  Email: _________________________________</w:t>
      </w:r>
    </w:p>
    <w:p w14:paraId="138A499B" w14:textId="77777777" w:rsidR="0087734F" w:rsidRDefault="00E75633">
      <w:r>
        <w:t>3. CATEGORIE DI MERITO (Barrare la casella di riferimento e specificare)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14"/>
        <w:gridCol w:w="4523"/>
      </w:tblGrid>
      <w:tr w:rsidR="0087734F" w14:paraId="7BCFCD0B" w14:textId="77777777">
        <w:tc>
          <w:tcPr>
            <w:tcW w:w="4514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366F1D" w14:textId="77777777" w:rsidR="0087734F" w:rsidRDefault="00E75633">
            <w:r>
              <w:rPr>
                <w:b/>
              </w:rPr>
              <w:t>Categoria di Merito</w:t>
            </w:r>
          </w:p>
        </w:tc>
        <w:tc>
          <w:tcPr>
            <w:tcW w:w="4514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518108" w14:textId="77777777" w:rsidR="0087734F" w:rsidRDefault="00E75633">
            <w:r>
              <w:rPr>
                <w:b/>
              </w:rPr>
              <w:t>Dettaglio della Segnalazione (a cura del segnalante)</w:t>
            </w:r>
          </w:p>
        </w:tc>
      </w:tr>
      <w:tr w:rsidR="0087734F" w14:paraId="5D1DE69D" w14:textId="77777777">
        <w:tc>
          <w:tcPr>
            <w:tcW w:w="451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DFA2797" w14:textId="77777777" w:rsidR="0087734F" w:rsidRDefault="00E75633">
            <w:r>
              <w:rPr>
                <w:b/>
              </w:rPr>
              <w:t>[  ] A) RISULTATI AGONISTICI</w:t>
            </w:r>
          </w:p>
        </w:tc>
        <w:tc>
          <w:tcPr>
            <w:tcW w:w="451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CDAACA" w14:textId="77777777" w:rsidR="0087734F" w:rsidRDefault="00E75633" w:rsidP="00E75633">
            <w:pPr>
              <w:jc w:val="both"/>
            </w:pPr>
            <w:r>
              <w:t>Podio (1°, 2°, 3° posto) in campionati regionali ufficiali (FSN/EPS/CONI) o partecipazione a fasi finali/raggruppamenti di livello nazionale.</w:t>
            </w:r>
            <w:r>
              <w:br/>
              <w:t>Specificare gara, data e piazzamento:</w:t>
            </w:r>
            <w:r>
              <w:br/>
            </w:r>
            <w:r>
              <w:br/>
            </w:r>
          </w:p>
        </w:tc>
      </w:tr>
      <w:tr w:rsidR="0087734F" w14:paraId="3B28B850" w14:textId="77777777">
        <w:tc>
          <w:tcPr>
            <w:tcW w:w="4514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251011" w14:textId="77777777" w:rsidR="0087734F" w:rsidRDefault="00E75633">
            <w:r>
              <w:rPr>
                <w:b/>
              </w:rPr>
              <w:t>[  ] B) TRAGUARDI DI SQUADRA</w:t>
            </w:r>
          </w:p>
        </w:tc>
        <w:tc>
          <w:tcPr>
            <w:tcW w:w="4514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5716E5" w14:textId="77777777" w:rsidR="0087734F" w:rsidRDefault="00E75633">
            <w:r>
              <w:t>Vittoria di campionato con promozione alla categoria superiore o accesso documentato alle fasi di Play-off.</w:t>
            </w:r>
            <w:r>
              <w:br/>
              <w:t>Specificare campionato e risultato:</w:t>
            </w:r>
            <w:r>
              <w:br/>
            </w:r>
            <w:r>
              <w:br/>
            </w:r>
            <w:r w:rsidR="00121C49">
              <w:t>___________________________________</w:t>
            </w:r>
          </w:p>
          <w:p w14:paraId="307611FC" w14:textId="77777777" w:rsidR="00121C49" w:rsidRDefault="00121C49"/>
          <w:p w14:paraId="548813CE" w14:textId="77777777" w:rsidR="00121C49" w:rsidRDefault="00121C49">
            <w:r>
              <w:t>___________________________________</w:t>
            </w:r>
          </w:p>
          <w:p w14:paraId="32CE1370" w14:textId="77777777" w:rsidR="00121C49" w:rsidRDefault="00121C49"/>
          <w:p w14:paraId="2BE63FC2" w14:textId="414F9603" w:rsidR="00121C49" w:rsidRDefault="00121C49">
            <w:r>
              <w:t>___________________________________</w:t>
            </w:r>
          </w:p>
        </w:tc>
      </w:tr>
      <w:tr w:rsidR="0087734F" w14:paraId="172F61F0" w14:textId="77777777">
        <w:tc>
          <w:tcPr>
            <w:tcW w:w="451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33AFCD" w14:textId="77777777" w:rsidR="0087734F" w:rsidRDefault="00E75633">
            <w:r>
              <w:rPr>
                <w:b/>
              </w:rPr>
              <w:t>[  ] C) RAPPRESENTANZA</w:t>
            </w:r>
          </w:p>
        </w:tc>
        <w:tc>
          <w:tcPr>
            <w:tcW w:w="451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026FBB" w14:textId="77777777" w:rsidR="0087734F" w:rsidRDefault="00E75633">
            <w:r>
              <w:t>Convocazione ufficiale e stabile nelle rappresentative Regionali o Nazionali di categoria della propria disciplina.</w:t>
            </w:r>
            <w:r>
              <w:br/>
            </w:r>
            <w:r>
              <w:lastRenderedPageBreak/>
              <w:t>Specificare la selezione:</w:t>
            </w:r>
            <w:r>
              <w:br/>
            </w:r>
            <w:r>
              <w:br/>
            </w:r>
            <w:r w:rsidR="00121C49">
              <w:t>__________________________________</w:t>
            </w:r>
          </w:p>
          <w:p w14:paraId="6AA676DC" w14:textId="77777777" w:rsidR="00121C49" w:rsidRDefault="00121C49"/>
          <w:p w14:paraId="13CD007F" w14:textId="77777777" w:rsidR="00121C49" w:rsidRDefault="00121C49">
            <w:r>
              <w:t>__________________________________</w:t>
            </w:r>
          </w:p>
          <w:p w14:paraId="480A1EB3" w14:textId="77777777" w:rsidR="00121C49" w:rsidRDefault="00121C49"/>
          <w:p w14:paraId="6DEC2409" w14:textId="10773065" w:rsidR="00121C49" w:rsidRDefault="00121C49">
            <w:r>
              <w:t>__________________________________</w:t>
            </w:r>
          </w:p>
        </w:tc>
      </w:tr>
      <w:tr w:rsidR="0087734F" w14:paraId="30BA11A1" w14:textId="77777777">
        <w:tc>
          <w:tcPr>
            <w:tcW w:w="4514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CCE0A0" w14:textId="77777777" w:rsidR="0087734F" w:rsidRDefault="00E75633">
            <w:r>
              <w:rPr>
                <w:b/>
              </w:rPr>
              <w:lastRenderedPageBreak/>
              <w:t>[  ] D) VALORI ETICI E SOCIALI</w:t>
            </w:r>
          </w:p>
        </w:tc>
        <w:tc>
          <w:tcPr>
            <w:tcW w:w="4514" w:type="dxa"/>
            <w:shd w:val="clear" w:color="auto" w:fill="FAFA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FE265D7" w14:textId="77777777" w:rsidR="00121C49" w:rsidRDefault="00E75633" w:rsidP="00121C49">
            <w:r>
              <w:t>Gesti esemplari di Fair Play e lealtà sportiva, progetti di sport integrato/inclusivo o premio alla carriera per attività pluriennale sul territorio.</w:t>
            </w:r>
            <w:r>
              <w:br/>
              <w:t>Descrivere l'attività/gesto:</w:t>
            </w:r>
          </w:p>
          <w:p w14:paraId="6A6BCB51" w14:textId="38DA0AF0" w:rsidR="00121C49" w:rsidRDefault="00E75633" w:rsidP="00121C49">
            <w:r>
              <w:br/>
            </w:r>
            <w:r w:rsidR="00121C49">
              <w:t>__________________________________</w:t>
            </w:r>
          </w:p>
          <w:p w14:paraId="4463E39A" w14:textId="77777777" w:rsidR="00121C49" w:rsidRDefault="00121C49" w:rsidP="00121C49"/>
          <w:p w14:paraId="471F6A7B" w14:textId="77777777" w:rsidR="00121C49" w:rsidRDefault="00121C49" w:rsidP="00121C49">
            <w:r>
              <w:t>__________________________________</w:t>
            </w:r>
          </w:p>
          <w:p w14:paraId="1B44BADD" w14:textId="77777777" w:rsidR="00121C49" w:rsidRDefault="00121C49" w:rsidP="00121C49"/>
          <w:p w14:paraId="555668E6" w14:textId="36C18362" w:rsidR="0087734F" w:rsidRDefault="00121C49" w:rsidP="00121C49">
            <w:r>
              <w:t>__________________________________</w:t>
            </w:r>
          </w:p>
          <w:p w14:paraId="22697DAD" w14:textId="77777777" w:rsidR="00121C49" w:rsidRDefault="00121C49"/>
          <w:p w14:paraId="41D20296" w14:textId="20CF809E" w:rsidR="00121C49" w:rsidRDefault="00121C49">
            <w:r>
              <w:t>__________________________________</w:t>
            </w:r>
          </w:p>
        </w:tc>
      </w:tr>
    </w:tbl>
    <w:p w14:paraId="6D431EDC" w14:textId="77777777" w:rsidR="0087734F" w:rsidRDefault="0087734F">
      <w:pPr>
        <w:spacing w:after="240"/>
      </w:pPr>
    </w:p>
    <w:p w14:paraId="4303C1CD" w14:textId="77777777" w:rsidR="0087734F" w:rsidRDefault="00E75633">
      <w:r>
        <w:t>DOCUMENTAZE ALLEGATA OBBLIGATORIA (Selezionare almeno una voce):</w:t>
      </w:r>
    </w:p>
    <w:p w14:paraId="022EB443" w14:textId="77777777" w:rsidR="0087734F" w:rsidRDefault="00E75633">
      <w:r>
        <w:t>[  ] Classifiche ufficiali / Verbali di gara federale</w:t>
      </w:r>
    </w:p>
    <w:p w14:paraId="54C61933" w14:textId="77777777" w:rsidR="0087734F" w:rsidRDefault="00E75633">
      <w:r>
        <w:t>[  ] Lettera ufficiale di convocazione della federazione</w:t>
      </w:r>
    </w:p>
    <w:p w14:paraId="4EC18F79" w14:textId="77777777" w:rsidR="0087734F" w:rsidRDefault="00E75633">
      <w:pPr>
        <w:spacing w:after="280"/>
      </w:pPr>
      <w:r>
        <w:t>[  ] Estratti di rassegna stampa / Articoli di giornale / Documentazione probatoria</w:t>
      </w:r>
    </w:p>
    <w:p w14:paraId="72A9EC8C" w14:textId="5B26A1CD" w:rsidR="0087734F" w:rsidRDefault="00E75633" w:rsidP="00E75633">
      <w:pPr>
        <w:spacing w:after="480"/>
        <w:jc w:val="both"/>
      </w:pPr>
      <w:r>
        <w:rPr>
          <w:b/>
        </w:rPr>
        <w:t xml:space="preserve">NOTA BENE: </w:t>
      </w:r>
      <w:r>
        <w:t xml:space="preserve">Il presente modulo, debitamente compilato e firmato, deve pervenire tassativamente entro le ore </w:t>
      </w:r>
      <w:r>
        <w:rPr>
          <w:b/>
        </w:rPr>
        <w:t>12:00 del 2</w:t>
      </w:r>
      <w:r w:rsidR="00F25BF8">
        <w:rPr>
          <w:b/>
        </w:rPr>
        <w:t>2</w:t>
      </w:r>
      <w:r>
        <w:rPr>
          <w:b/>
        </w:rPr>
        <w:t xml:space="preserve"> Giugno 2026</w:t>
      </w:r>
      <w:r>
        <w:t>. Le omissioni o la mancanza di documentazione allegata comporteranno l'esclusione dalla valutazione della Commissione.</w:t>
      </w:r>
    </w:p>
    <w:p w14:paraId="7BE49DA8" w14:textId="222ECFB7" w:rsidR="0087734F" w:rsidRDefault="00E75633">
      <w:r>
        <w:t>Data: ____________________                Firma del segnalante: ____________________</w:t>
      </w:r>
    </w:p>
    <w:p w14:paraId="45036664" w14:textId="77777777" w:rsidR="00121C49" w:rsidRDefault="00121C49"/>
    <w:p w14:paraId="60B0E584" w14:textId="77777777" w:rsidR="00121C49" w:rsidRDefault="00121C49"/>
    <w:p w14:paraId="3180D223" w14:textId="4A38B3C5" w:rsidR="00121C49" w:rsidRPr="00121C49" w:rsidRDefault="00121C49">
      <w:pPr>
        <w:rPr>
          <w:b/>
          <w:bCs/>
          <w:u w:val="single"/>
        </w:rPr>
      </w:pPr>
      <w:r w:rsidRPr="00121C49">
        <w:rPr>
          <w:b/>
          <w:bCs/>
          <w:u w:val="single"/>
        </w:rPr>
        <w:t>N.B.: allegare documento d’identità del soggetto segnalante</w:t>
      </w:r>
    </w:p>
    <w:sectPr w:rsidR="00121C49" w:rsidRPr="00121C49" w:rsidSect="00121C49">
      <w:pgSz w:w="11909" w:h="16834"/>
      <w:pgMar w:top="709" w:right="852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6979477">
    <w:abstractNumId w:val="8"/>
  </w:num>
  <w:num w:numId="2" w16cid:durableId="258802045">
    <w:abstractNumId w:val="6"/>
  </w:num>
  <w:num w:numId="3" w16cid:durableId="1888177543">
    <w:abstractNumId w:val="5"/>
  </w:num>
  <w:num w:numId="4" w16cid:durableId="1449662843">
    <w:abstractNumId w:val="4"/>
  </w:num>
  <w:num w:numId="5" w16cid:durableId="1942639221">
    <w:abstractNumId w:val="7"/>
  </w:num>
  <w:num w:numId="6" w16cid:durableId="1134719464">
    <w:abstractNumId w:val="3"/>
  </w:num>
  <w:num w:numId="7" w16cid:durableId="389696704">
    <w:abstractNumId w:val="2"/>
  </w:num>
  <w:num w:numId="8" w16cid:durableId="1427387088">
    <w:abstractNumId w:val="1"/>
  </w:num>
  <w:num w:numId="9" w16cid:durableId="472986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1C49"/>
    <w:rsid w:val="0015074B"/>
    <w:rsid w:val="0029639D"/>
    <w:rsid w:val="00326F90"/>
    <w:rsid w:val="006A0351"/>
    <w:rsid w:val="0087734F"/>
    <w:rsid w:val="009E76A6"/>
    <w:rsid w:val="00AA1D8D"/>
    <w:rsid w:val="00B47730"/>
    <w:rsid w:val="00C33D8F"/>
    <w:rsid w:val="00CB0664"/>
    <w:rsid w:val="00E342EE"/>
    <w:rsid w:val="00E75633"/>
    <w:rsid w:val="00F25BF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E6A8F"/>
  <w14:defaultImageDpi w14:val="300"/>
  <w15:docId w15:val="{7C2D4676-FFA9-445B-9881-D99734FD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Arial" w:hAnsi="Aria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121C4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21C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une.borgoticino@legalmail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segreteria1</cp:lastModifiedBy>
  <cp:revision>5</cp:revision>
  <dcterms:created xsi:type="dcterms:W3CDTF">2026-06-03T22:17:00Z</dcterms:created>
  <dcterms:modified xsi:type="dcterms:W3CDTF">2026-06-04T09:53:00Z</dcterms:modified>
  <cp:category/>
</cp:coreProperties>
</file>